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 standup</w:t>
      </w:r>
    </w:p>
    <w:p>
      <w:r>
        <w:rPr>
          <w:b/>
        </w:rPr>
        <w:t>15 minutes • Times show minutes elapsed from the start.</w:t>
      </w:r>
    </w:p>
    <w:p>
      <w:r>
        <w:t>Date: [date]   Start/time zone: [time, zone]</w:t>
        <w:br/>
        <w:t>Team: [names]   Facilitator: [name]</w:t>
      </w:r>
    </w:p>
    <w:p>
      <w:r>
        <w:rPr>
          <w:b/>
        </w:rPr>
        <w:t xml:space="preserve">Purpose: </w:t>
      </w:r>
      <w:r>
        <w:t>Agree the next work priorities and identify blockers that need a separate follow-up.</w:t>
      </w:r>
    </w:p>
    <w:p>
      <w:r>
        <w:rPr>
          <w:b/>
        </w:rPr>
        <w:t xml:space="preserve">Preparation: </w:t>
      </w:r>
      <w:r>
        <w:t>Update the task board. Bring one priority and any help needed; keep detailed status updates in writing.</w:t>
      </w:r>
    </w:p>
    <w:p>
      <w:pPr>
        <w:pStyle w:val="Heading2"/>
      </w:pPr>
      <w:r>
        <w:t>Agenda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80"/>
        <w:gridCol w:w="3816"/>
        <w:gridCol w:w="1656"/>
        <w:gridCol w:w="3672"/>
      </w:tblGrid>
      <w:tr>
        <w:trPr>
          <w:tblHeader/>
          <w:cantSplit/>
        </w:trPr>
        <w:tc>
          <w:tcPr>
            <w:tcW w:type="dxa" w:w="1080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381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65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3672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00–02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Confirm today’s shared priority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Facilitator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One clear focus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02–12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Round: progress, next work, blockers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Team members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Dependencies and help needed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12–15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Assign blocker follow-ups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Facilitator + owners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Owner and next contact time</w:t>
            </w:r>
          </w:p>
        </w:tc>
      </w:tr>
    </w:tbl>
    <w:p>
      <w:pPr>
        <w:pStyle w:val="Heading2"/>
      </w:pPr>
      <w:r>
        <w:t>Adapt for your meeting</w:t>
      </w:r>
    </w:p>
    <w:p>
      <w:r>
        <w:t>For five speakers, the ten-minute round allows two minutes each. For more people, divide the ten minutes between them, use written updates, or split by workstream. Move troubleshooting to a follow-up with the people involved.</w:t>
      </w:r>
    </w:p>
    <w:p>
      <w:pPr>
        <w:pStyle w:val="Heading2"/>
      </w:pPr>
      <w:r>
        <w:t>Record during the meeting</w:t>
      </w:r>
    </w:p>
    <w:p>
      <w:r>
        <w:t>Blocker: [issue]   Follow-up owner: [name]   Next contact: [date/time]</w:t>
        <w:br/>
        <w:t>Parking lot: [topic and people needed]</w:t>
      </w:r>
    </w:p>
    <w:p>
      <w:r>
        <w:t>Decisions: [what was actually agreed]</w:t>
        <w:br/>
        <w:t>Open questions: [what remains unresolved]</w:t>
      </w:r>
    </w:p>
    <w:p>
      <w:r>
        <w:t>The agenda is the plan. Complete the outcome fields after the discussion.</w:t>
      </w:r>
    </w:p>
    <w:p>
      <w:r>
        <w:br w:type="page"/>
      </w:r>
    </w:p>
    <w:p>
      <w:pPr>
        <w:pStyle w:val="Title"/>
      </w:pPr>
      <w:r>
        <w:t>One-on-one</w:t>
      </w:r>
    </w:p>
    <w:p>
      <w:r>
        <w:rPr>
          <w:b/>
        </w:rPr>
        <w:t>30 minutes • Times show minutes elapsed from the start.</w:t>
      </w:r>
    </w:p>
    <w:p>
      <w:r>
        <w:t>Date: [date]   Start/time zone: [time, zone]</w:t>
        <w:br/>
        <w:t>Employee: [name]   Manager: [name]   Cadence: [weekly/fortnightly/other]</w:t>
      </w:r>
    </w:p>
    <w:p>
      <w:r>
        <w:rPr>
          <w:b/>
        </w:rPr>
        <w:t xml:space="preserve">Purpose: </w:t>
      </w:r>
      <w:r>
        <w:t>Discuss the employee’s priorities, support needs and feedback; agree practical follow-ups.</w:t>
      </w:r>
    </w:p>
    <w:p>
      <w:r>
        <w:rPr>
          <w:b/>
        </w:rPr>
        <w:t xml:space="preserve">Preparation: </w:t>
      </w:r>
      <w:r>
        <w:t>Both people add topics beforehand. Review the last agreed actions. Decide which sensitive matters should stay outside a shared record.</w:t>
      </w:r>
    </w:p>
    <w:p>
      <w:pPr>
        <w:pStyle w:val="Heading2"/>
      </w:pPr>
      <w:r>
        <w:t>Agenda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80"/>
        <w:gridCol w:w="3816"/>
        <w:gridCol w:w="1656"/>
        <w:gridCol w:w="3672"/>
      </w:tblGrid>
      <w:tr>
        <w:trPr>
          <w:tblHeader/>
          <w:cantSplit/>
        </w:trPr>
        <w:tc>
          <w:tcPr>
            <w:tcW w:type="dxa" w:w="1080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381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65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3672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00–15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Employee topics and support needs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Employee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Priorities, challenges, help requested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15–25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Feedback, context and development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Both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Specific feedback and next steps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25–30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Recap commitments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Both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Actions, owners and dates</w:t>
            </w:r>
          </w:p>
        </w:tc>
      </w:tr>
    </w:tbl>
    <w:p>
      <w:pPr>
        <w:pStyle w:val="Heading2"/>
      </w:pPr>
      <w:r>
        <w:t>Adapt for your meeting</w:t>
      </w:r>
    </w:p>
    <w:p>
      <w:r>
        <w:t>Start with the employee’s topics, then rebalance the time together if something urgent arises. Keep this conversation distinct from a task-by-task status report. Agree what is recorded and who can access it.</w:t>
      </w:r>
    </w:p>
    <w:p>
      <w:pPr>
        <w:pStyle w:val="Heading2"/>
      </w:pPr>
      <w:r>
        <w:t>Record during the meeting</w:t>
      </w:r>
    </w:p>
    <w:p>
      <w:r>
        <w:t>What is going well? [notes]</w:t>
        <w:br/>
        <w:t>What is difficult, and what support would help? [notes]</w:t>
        <w:br/>
        <w:t>Action: [task]   Owner: [name]   Due: [date]</w:t>
      </w:r>
    </w:p>
    <w:p>
      <w:r>
        <w:t>Decisions: [what was actually agreed]</w:t>
        <w:br/>
        <w:t>Open questions: [what remains unresolved]</w:t>
      </w:r>
    </w:p>
    <w:p>
      <w:r>
        <w:t>The agenda is the plan. Complete the outcome fields after the discussion.</w:t>
      </w:r>
    </w:p>
    <w:p>
      <w:r>
        <w:br w:type="page"/>
      </w:r>
    </w:p>
    <w:p>
      <w:pPr>
        <w:pStyle w:val="Title"/>
      </w:pPr>
      <w:r>
        <w:t>Client meeting</w:t>
      </w:r>
    </w:p>
    <w:p>
      <w:r>
        <w:rPr>
          <w:b/>
        </w:rPr>
        <w:t>50 minutes • Times show minutes elapsed from the start.</w:t>
      </w:r>
    </w:p>
    <w:p>
      <w:r>
        <w:t>Date: [date]   Start/time zone: [time, zone]</w:t>
        <w:br/>
        <w:t>Client attendees: [names]   Internal attendees: [names]</w:t>
        <w:br/>
        <w:t>Decision needed: [specific question]</w:t>
      </w:r>
    </w:p>
    <w:p>
      <w:r>
        <w:rPr>
          <w:b/>
        </w:rPr>
        <w:t xml:space="preserve">Purpose: </w:t>
      </w:r>
      <w:r>
        <w:t>Resolve the named client questions and agree the next deliverables without implying unapproved commitments.</w:t>
      </w:r>
    </w:p>
    <w:p>
      <w:r>
        <w:rPr>
          <w:b/>
        </w:rPr>
        <w:t xml:space="preserve">Preparation: </w:t>
      </w:r>
      <w:r>
        <w:t>Share the proposal, progress report or decision options. Name who can approve scope, cost and dates.</w:t>
      </w:r>
    </w:p>
    <w:p>
      <w:pPr>
        <w:pStyle w:val="Heading2"/>
      </w:pPr>
      <w:r>
        <w:t>Agenda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80"/>
        <w:gridCol w:w="3816"/>
        <w:gridCol w:w="1656"/>
        <w:gridCol w:w="3672"/>
      </w:tblGrid>
      <w:tr>
        <w:trPr>
          <w:tblHeader/>
          <w:cantSplit/>
        </w:trPr>
        <w:tc>
          <w:tcPr>
            <w:tcW w:type="dxa" w:w="1080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381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65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3672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00–05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Welcome and confirm the objective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Meeting lead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Agreed purpose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05–10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Review previous actions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Action owners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Complete, blocked or revised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10–25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Main topic or decision 1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[topic owner]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Decision or unresolved point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25–35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Main topic or decision 2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[topic owner]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Decision or unresolved point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35–45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Client questions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Client + team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Answers and follow-ups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45–50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Confirm next steps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Meeting lead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Owners, dates and review point</w:t>
            </w:r>
          </w:p>
        </w:tc>
      </w:tr>
    </w:tbl>
    <w:p>
      <w:pPr>
        <w:pStyle w:val="Heading2"/>
      </w:pPr>
      <w:r>
        <w:t>Adapt for your meeting</w:t>
      </w:r>
    </w:p>
    <w:p>
      <w:r>
        <w:t>This version totals 50 minutes. If your calendar slot is 45 minutes, remove five minutes from a named discussion and update the schedule. Do not silently cut the client’s questions or the closing recap.</w:t>
      </w:r>
    </w:p>
    <w:p>
      <w:pPr>
        <w:pStyle w:val="Heading2"/>
      </w:pPr>
      <w:r>
        <w:t>Record during the meeting</w:t>
      </w:r>
    </w:p>
    <w:p>
      <w:r>
        <w:t>Decision: [agreed outcome or “not decided”]</w:t>
        <w:br/>
        <w:t>Deliverable: [item]   Owner: [name]   Due: [date]</w:t>
        <w:br/>
        <w:t>Open question: [question]   Next review: [date, if agreed]</w:t>
      </w:r>
    </w:p>
    <w:p>
      <w:r>
        <w:t>The agenda is the plan. Complete the outcome fields after the discussion.</w:t>
      </w:r>
    </w:p>
    <w:p>
      <w:r>
        <w:br w:type="page"/>
      </w:r>
    </w:p>
    <w:p>
      <w:pPr>
        <w:pStyle w:val="Title"/>
      </w:pPr>
      <w:r>
        <w:t>Project kickoff</w:t>
      </w:r>
    </w:p>
    <w:p>
      <w:r>
        <w:rPr>
          <w:b/>
        </w:rPr>
        <w:t>80 minutes • Times show minutes elapsed from the start.</w:t>
      </w:r>
    </w:p>
    <w:p>
      <w:r>
        <w:t>Project: [name]   Date: [date]   Start/time zone: [time, zone]</w:t>
        <w:br/>
        <w:t>Sponsor: [name]   Project lead: [name]   Participants: [names]</w:t>
      </w:r>
    </w:p>
    <w:p>
      <w:r>
        <w:rPr>
          <w:b/>
        </w:rPr>
        <w:t xml:space="preserve">Purpose: </w:t>
      </w:r>
      <w:r>
        <w:t>Align the team on the goal, scope, responsibilities, dependencies and first milestones.</w:t>
      </w:r>
    </w:p>
    <w:p>
      <w:r>
        <w:rPr>
          <w:b/>
        </w:rPr>
        <w:t xml:space="preserve">Preparation: </w:t>
      </w:r>
      <w:r>
        <w:t>Circulate the project brief. Bring scope boundaries, draft milestones and known dependencies; mark estimates as estimates.</w:t>
      </w:r>
    </w:p>
    <w:p>
      <w:pPr>
        <w:pStyle w:val="Heading2"/>
      </w:pPr>
      <w:r>
        <w:t>Agenda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80"/>
        <w:gridCol w:w="3816"/>
        <w:gridCol w:w="1656"/>
        <w:gridCol w:w="3672"/>
      </w:tblGrid>
      <w:tr>
        <w:trPr>
          <w:tblHeader/>
          <w:cantSplit/>
        </w:trPr>
        <w:tc>
          <w:tcPr>
            <w:tcW w:type="dxa" w:w="1080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381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65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3672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00–10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Why the project exists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Sponsor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Goal and success measures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10–25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Scope and exclusions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Project lead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What is in and out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25–35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Roles and decision authority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Project lead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Who owns and approves what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35–50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Timeline and dependencies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Workstream leads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Milestones and constraints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50–60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Working agreements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Team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Communication and escalation routes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60–75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Questions and risks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Team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Unresolved assumptions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75–80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Confirm first actions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Project lead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Owners and due dates</w:t>
            </w:r>
          </w:p>
        </w:tc>
      </w:tr>
    </w:tbl>
    <w:p>
      <w:pPr>
        <w:pStyle w:val="Heading2"/>
      </w:pPr>
      <w:r>
        <w:t>Adapt for your meeting</w:t>
      </w:r>
    </w:p>
    <w:p>
      <w:r>
        <w:t>This version totals 80 minutes. For a 60-minute slot, move the ten-minute working-agreements discussion to a pre-read, reduce scope to ten minutes and questions to ten minutes. Recalculate the elapsed times before sending.</w:t>
      </w:r>
    </w:p>
    <w:p>
      <w:pPr>
        <w:pStyle w:val="Heading2"/>
      </w:pPr>
      <w:r>
        <w:t>Record during the meeting</w:t>
      </w:r>
    </w:p>
    <w:p>
      <w:r>
        <w:t>Success measure: [observable outcome]</w:t>
        <w:br/>
        <w:t>In scope: [items]   Out of scope: [items]</w:t>
        <w:br/>
        <w:t>First action: [task]   Owner: [name]   Due: [date]</w:t>
      </w:r>
    </w:p>
    <w:p>
      <w:r>
        <w:t>Decisions: [what was actually agreed]</w:t>
        <w:br/>
        <w:t>Open questions: [what remains unresolved]</w:t>
      </w:r>
    </w:p>
    <w:p>
      <w:r>
        <w:t>The agenda is the plan. Complete the outcome fields after the discussion.</w:t>
      </w:r>
    </w:p>
    <w:p>
      <w:r>
        <w:br w:type="page"/>
      </w:r>
    </w:p>
    <w:p>
      <w:pPr>
        <w:pStyle w:val="Title"/>
      </w:pPr>
      <w:r>
        <w:t>Retrospective</w:t>
      </w:r>
    </w:p>
    <w:p>
      <w:r>
        <w:rPr>
          <w:b/>
        </w:rPr>
        <w:t>60 minutes • Times show minutes elapsed from the start.</w:t>
      </w:r>
    </w:p>
    <w:p>
      <w:r>
        <w:t>Period/project: [name]   Date: [date]   Start/time zone: [time, zone]</w:t>
        <w:br/>
        <w:t>Facilitator: [name]   Participants: [names]</w:t>
      </w:r>
    </w:p>
    <w:p>
      <w:r>
        <w:rPr>
          <w:b/>
        </w:rPr>
        <w:t xml:space="preserve">Purpose: </w:t>
      </w:r>
      <w:r>
        <w:t>Choose improvements based on the period just completed and decide how to check whether they help.</w:t>
      </w:r>
    </w:p>
    <w:p>
      <w:r>
        <w:rPr>
          <w:b/>
        </w:rPr>
        <w:t xml:space="preserve">Preparation: </w:t>
      </w:r>
      <w:r>
        <w:t>Review evidence from the period and the last improvement experiment. Invite observations without requiring people to disclose sensitive personal details.</w:t>
      </w:r>
    </w:p>
    <w:p>
      <w:pPr>
        <w:pStyle w:val="Heading2"/>
      </w:pPr>
      <w:r>
        <w:t>Agenda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80"/>
        <w:gridCol w:w="3816"/>
        <w:gridCol w:w="1656"/>
        <w:gridCol w:w="3672"/>
      </w:tblGrid>
      <w:tr>
        <w:trPr>
          <w:tblHeader/>
          <w:cantSplit/>
        </w:trPr>
        <w:tc>
          <w:tcPr>
            <w:tcW w:type="dxa" w:w="1080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381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65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3672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00–05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Set the context and working agreements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Facilitator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Shared scope for the discussion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05–20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What helped?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Team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Practices worth keeping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20–35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What got in the way?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Team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Specific problems and contributing factors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35–50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Choose improvement experiments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Team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Changes the team can actually try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50–60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Assign and schedule review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Owners + facilitator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Owner, measure and review date</w:t>
            </w:r>
          </w:p>
        </w:tc>
      </w:tr>
    </w:tbl>
    <w:p>
      <w:pPr>
        <w:pStyle w:val="Heading2"/>
      </w:pPr>
      <w:r>
        <w:t>Adapt for your meeting</w:t>
      </w:r>
    </w:p>
    <w:p>
      <w:r>
        <w:t>Discuss events and systems rather than assigning blame. Separate a hypothesis about a problem from evidence. Choose only as many experiments as the team can carry out and review; do not turn every observation into a task.</w:t>
      </w:r>
    </w:p>
    <w:p>
      <w:pPr>
        <w:pStyle w:val="Heading2"/>
      </w:pPr>
      <w:r>
        <w:t>Record during the meeting</w:t>
      </w:r>
    </w:p>
    <w:p>
      <w:r>
        <w:t>Experiment: [change to try]   Owner: [name]</w:t>
        <w:br/>
        <w:t>What we will observe: [measure or evidence]   Review date: [date]</w:t>
        <w:br/>
        <w:t>Previous experiment: [keep/change/stop, with reason]</w:t>
      </w:r>
    </w:p>
    <w:p>
      <w:r>
        <w:t>Decisions: [what was actually agreed]</w:t>
        <w:br/>
        <w:t>Open questions: [what remains unresolved]</w:t>
      </w:r>
    </w:p>
    <w:p>
      <w:r>
        <w:t>The agenda is the plan. Complete the outcome fields after the discussion.</w:t>
      </w:r>
    </w:p>
    <w:p>
      <w:r>
        <w:br w:type="page"/>
      </w:r>
    </w:p>
    <w:p>
      <w:pPr>
        <w:pStyle w:val="Title"/>
      </w:pPr>
      <w:r>
        <w:t>Board or leadership meeting</w:t>
      </w:r>
    </w:p>
    <w:p>
      <w:r>
        <w:rPr>
          <w:b/>
        </w:rPr>
        <w:t>90 minutes • Times show minutes elapsed from the start.</w:t>
      </w:r>
    </w:p>
    <w:p>
      <w:r>
        <w:t>Organisation: [name]   Date: [date]   Start/time zone: [time, zone]</w:t>
        <w:br/>
        <w:t>Chair: [name]   Record keeper: [name]   Participants: [names]</w:t>
      </w:r>
    </w:p>
    <w:p>
      <w:r>
        <w:rPr>
          <w:b/>
        </w:rPr>
        <w:t xml:space="preserve">Purpose: </w:t>
      </w:r>
      <w:r>
        <w:t>Review performance, make the listed decisions and record unresolved risks and follow-ups.</w:t>
      </w:r>
    </w:p>
    <w:p>
      <w:r>
        <w:rPr>
          <w:b/>
        </w:rPr>
        <w:t xml:space="preserve">Preparation: </w:t>
      </w:r>
      <w:r>
        <w:t>Circulate the relevant reports and decision papers. For a formal board, have the secretary or responsible adviser adapt the agenda to the organisation’s governing requirements.</w:t>
      </w:r>
    </w:p>
    <w:p>
      <w:pPr>
        <w:pStyle w:val="Heading2"/>
      </w:pPr>
      <w:r>
        <w:t>Agenda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80"/>
        <w:gridCol w:w="3816"/>
        <w:gridCol w:w="1656"/>
        <w:gridCol w:w="3672"/>
      </w:tblGrid>
      <w:tr>
        <w:trPr>
          <w:tblHeader/>
          <w:cantSplit/>
        </w:trPr>
        <w:tc>
          <w:tcPr>
            <w:tcW w:type="dxa" w:w="1080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381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656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3672"/>
            <w:shd w:fill="34343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00–05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Review previous minutes and actions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Chair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Corrections and outstanding actions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05–25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Strategy and performance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Executive lead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Progress and decisions needed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25–40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Financial review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Finance lead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Questions and agreed follow-ups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40–70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Decision papers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Named decision owners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Each decision recorded separately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70–80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Risks and oversight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Risk owners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Escalations and unresolved issues</w:t>
            </w:r>
          </w:p>
        </w:tc>
      </w:tr>
      <w:tr>
        <w:trPr>
          <w:cantSplit/>
        </w:trPr>
        <w:tc>
          <w:tcPr>
            <w:tcW w:type="dxa" w:w="108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80–85</w:t>
            </w:r>
          </w:p>
        </w:tc>
        <w:tc>
          <w:tcPr>
            <w:tcW w:type="dxa" w:w="381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Other agreed business</w:t>
            </w:r>
          </w:p>
        </w:tc>
        <w:tc>
          <w:tcPr>
            <w:tcW w:type="dxa" w:w="165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Chair</w:t>
            </w:r>
          </w:p>
        </w:tc>
        <w:tc>
          <w:tcPr>
            <w:tcW w:type="dxa" w:w="367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New items acknowledged</w:t>
            </w:r>
          </w:p>
        </w:tc>
      </w:tr>
      <w:tr>
        <w:trPr>
          <w:cantSplit/>
        </w:trPr>
        <w:tc>
          <w:tcPr>
            <w:tcW w:type="dxa" w:w="1080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85–90</w:t>
            </w:r>
          </w:p>
        </w:tc>
        <w:tc>
          <w:tcPr>
            <w:tcW w:type="dxa" w:w="381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Actions and next meeting</w:t>
            </w:r>
          </w:p>
        </w:tc>
        <w:tc>
          <w:tcPr>
            <w:tcW w:type="dxa" w:w="1656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Chair + record keeper</w:t>
            </w:r>
          </w:p>
        </w:tc>
        <w:tc>
          <w:tcPr>
            <w:tcW w:type="dxa" w:w="3672"/>
            <w:shd w:fill="F4F4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5" w:lineRule="auto"/>
            </w:pPr>
            <w:r>
              <w:rPr>
                <w:sz w:val="20"/>
              </w:rPr>
              <w:t>Owners, dates and next meeting</w:t>
            </w:r>
          </w:p>
        </w:tc>
      </w:tr>
    </w:tbl>
    <w:p>
      <w:pPr>
        <w:pStyle w:val="Heading2"/>
      </w:pPr>
      <w:r>
        <w:t>Adapt for your meeting</w:t>
      </w:r>
    </w:p>
    <w:p>
      <w:r>
        <w:t>This is a discussion template, not a complete formal board procedure. Add required opening matters, declarations, approvals or voting steps where applicable, and extend or rebalance the timings explicitly.</w:t>
      </w:r>
    </w:p>
    <w:p>
      <w:pPr>
        <w:pStyle w:val="Heading2"/>
      </w:pPr>
      <w:r>
        <w:t>Record during the meeting</w:t>
      </w:r>
    </w:p>
    <w:p>
      <w:r>
        <w:t>Decision: [exact wording]   Result/approval: [record as required]</w:t>
        <w:br/>
        <w:t>Action: [task]   Owner: [name]   Due: [date]</w:t>
        <w:br/>
        <w:t>Next meeting: [date/time]</w:t>
      </w:r>
    </w:p>
    <w:p>
      <w:r>
        <w:t>Open questions: [what remains unresolved]</w:t>
      </w:r>
    </w:p>
    <w:p>
      <w:r>
        <w:t>The agenda is the plan. Complete the outcome fields after the discussion.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meetingsbrief.com  •  Replace bracketed fields before sharing.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8"/>
      </w:rPr>
      <w:t>MEETINGS BRIEF  |  EDITABLE AGENDA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6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editable meeting agenda templates</dc:title>
  <dc:subject>Standup, one-on-one, client, kickoff, retrospective and leadership agendas</dc:subject>
  <dc:creator>Meetings Brief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